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Georgia" w:hAnsi="Georgia"/>
          <w:b/>
          <w:i w:val="0"/>
          <w:color w:val="0A7F63"/>
          <w:sz w:val="28"/>
        </w:rPr>
        <w:t>[YOUR ORGANISATION NAME]</w:t>
      </w:r>
    </w:p>
    <w:p>
      <w:pPr>
        <w:spacing w:after="320"/>
        <w:jc w:val="center"/>
      </w:pPr>
      <w:r>
        <w:rPr>
          <w:rFonts w:ascii="Georgia" w:hAnsi="Georgia"/>
          <w:b/>
          <w:i w:val="0"/>
          <w:color w:val="0B1B17"/>
          <w:sz w:val="68"/>
        </w:rPr>
        <w:t>CERTIFICATE OF COMPLETION</w:t>
      </w:r>
    </w:p>
    <w:p>
      <w:pPr>
        <w:spacing w:after="200"/>
        <w:jc w:val="center"/>
      </w:pPr>
      <w:r>
        <w:rPr>
          <w:rFonts w:ascii="Georgia" w:hAnsi="Georgia"/>
          <w:b w:val="0"/>
          <w:i/>
          <w:color w:val="0B1B17"/>
          <w:sz w:val="28"/>
        </w:rPr>
        <w:t>This is to certify that</w:t>
      </w:r>
    </w:p>
    <w:p>
      <w:pPr>
        <w:spacing w:after="240"/>
        <w:jc w:val="center"/>
      </w:pPr>
      <w:r>
        <w:rPr>
          <w:rFonts w:ascii="Georgia" w:hAnsi="Georgia"/>
          <w:b/>
          <w:i w:val="0"/>
          <w:color w:val="0A7F63"/>
          <w:sz w:val="60"/>
        </w:rPr>
        <w:t>[Learner Name]</w:t>
      </w:r>
    </w:p>
    <w:p>
      <w:pPr>
        <w:spacing w:after="200"/>
        <w:jc w:val="center"/>
      </w:pPr>
      <w:r>
        <w:rPr>
          <w:rFonts w:ascii="Georgia" w:hAnsi="Georgia"/>
          <w:b w:val="0"/>
          <w:i/>
          <w:color w:val="0B1B17"/>
          <w:sz w:val="28"/>
        </w:rPr>
        <w:t>has successfully completed</w:t>
      </w:r>
    </w:p>
    <w:p>
      <w:pPr>
        <w:spacing w:after="120"/>
        <w:jc w:val="center"/>
      </w:pPr>
      <w:r>
        <w:rPr>
          <w:rFonts w:ascii="Georgia" w:hAnsi="Georgia"/>
          <w:b/>
          <w:i w:val="0"/>
          <w:color w:val="0B1B17"/>
          <w:sz w:val="40"/>
        </w:rPr>
        <w:t>[Course or Programme Name]</w:t>
      </w:r>
    </w:p>
    <w:p>
      <w:pPr>
        <w:spacing w:after="680"/>
        <w:jc w:val="center"/>
      </w:pPr>
      <w:r>
        <w:rPr>
          <w:rFonts w:ascii="Georgia" w:hAnsi="Georgia"/>
          <w:b w:val="0"/>
          <w:i w:val="0"/>
          <w:color w:val="0B1B17"/>
          <w:sz w:val="24"/>
        </w:rPr>
        <w:t>[Duration or hours, grade or score if applicable]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35"/>
        <w:gridCol w:w="4335"/>
        <w:gridCol w:w="4335"/>
      </w:tblGrid>
      <w:tr>
        <w:tc>
          <w:tcPr>
            <w:tcW w:type="dxa" w:w="4335"/>
          </w:tcPr>
          <w:p>
            <w:pPr>
              <w:jc w:val="center"/>
            </w:pPr>
            <w:r>
              <w:t>____________________</w:t>
            </w:r>
          </w:p>
        </w:tc>
        <w:tc>
          <w:tcPr>
            <w:tcW w:type="dxa" w:w="4335"/>
          </w:tcPr>
          <w:p>
            <w:pPr>
              <w:jc w:val="center"/>
            </w:pPr>
            <w:r>
              <w:t>____________________</w:t>
            </w:r>
          </w:p>
        </w:tc>
        <w:tc>
          <w:tcPr>
            <w:tcW w:type="dxa" w:w="4335"/>
          </w:tcPr>
          <w:p>
            <w:pPr>
              <w:jc w:val="center"/>
            </w:pPr>
            <w:r>
              <w:t>____________________</w:t>
            </w:r>
          </w:p>
        </w:tc>
      </w:tr>
      <w:tr>
        <w:tc>
          <w:tcPr>
            <w:tcW w:type="dxa" w:w="4335"/>
          </w:tcPr>
          <w:p>
            <w:pPr>
              <w:jc w:val="center"/>
            </w:pPr>
            <w:r>
              <w:t>Date of issue</w:t>
            </w:r>
          </w:p>
        </w:tc>
        <w:tc>
          <w:tcPr>
            <w:tcW w:type="dxa" w:w="4335"/>
          </w:tcPr>
          <w:p>
            <w:pPr>
              <w:jc w:val="center"/>
            </w:pPr>
            <w:r>
              <w:t>Certificate ID</w:t>
            </w:r>
          </w:p>
        </w:tc>
        <w:tc>
          <w:tcPr>
            <w:tcW w:type="dxa" w:w="4335"/>
          </w:tcPr>
          <w:p>
            <w:pPr>
              <w:jc w:val="center"/>
            </w:pPr>
            <w:r>
              <w:t>Signature, name and title</w:t>
            </w:r>
          </w:p>
        </w:tc>
      </w:tr>
    </w:tbl>
    <w:sectPr w:rsidR="00FC693F" w:rsidRPr="0006063C" w:rsidSect="00034616">
      <w:pgSz w:w="15840" w:h="12240" w:orient="landscape"/>
      <w:pgMar w:top="1247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