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Student feedback form</w:t>
      </w:r>
    </w:p>
    <w:p>
      <w:r>
        <w:rPr>
          <w:i/>
        </w:rPr>
        <w:t>Your answers are anonymous unless you choose to add your name. Thank you for being honest.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Course / subject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Teacher / trainer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Batch and date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Name (optional)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Rate each statement</w:t>
      </w:r>
    </w:p>
    <w:p>
      <w:r>
        <w:t>1 = strongly disagree, 5 = strongly agree. Tick one box per row.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5953"/>
            <w:shd w:val="clear" w:color="auto" w:fill="0A7F63"/>
          </w:tcPr>
          <w:p>
            <w:r>
              <w:rPr>
                <w:b/>
                <w:color w:val="FFFFFF"/>
              </w:rPr>
              <w:t>Statement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680"/>
            <w:shd w:val="clear" w:color="auto" w:fill="0A7F63"/>
          </w:tcPr>
          <w:p>
            <w:r>
              <w:rPr>
                <w:b/>
                <w:color w:val="FFFFFF"/>
              </w:rPr>
              <w:t>5</w:t>
            </w:r>
          </w:p>
        </w:tc>
      </w:tr>
      <w:tr>
        <w:tc>
          <w:tcPr>
            <w:tcW w:type="dxa" w:w="5953"/>
          </w:tcPr>
          <w:p>
            <w:r>
              <w:t>The teacher explained topics clearly.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The pace of the class was right for me.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I could ask questions and got useful answers.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Examples and practice questions helped me learn.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Study material and notes were useful.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Tests and homework matched what was taught.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Classes started and ended on time.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The online / classroom setup worked well.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I feel more confident in this subject than when I started.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953"/>
          </w:tcPr>
          <w:p>
            <w:r>
              <w:t>I would recommend this course to a friend.</w:t>
            </w:r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/>
    <w:p>
      <w:pPr>
        <w:pStyle w:val="Heading2"/>
      </w:pPr>
      <w:r>
        <w:rPr>
          <w:color w:val="0A7F63"/>
        </w:rPr>
        <w:t>In your own words</w:t>
      </w:r>
    </w:p>
    <w:p>
      <w:r>
        <w:rPr>
          <w:b/>
        </w:rPr>
        <w:t>What did you like most about this course?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What should the teacher do differently?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Which topic do you still find difficult?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Anything else you want to tell us?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